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4FB6" w14:textId="456CE99D" w:rsidR="00A3108B" w:rsidRDefault="00893130">
      <w:pPr>
        <w:spacing w:after="20" w:line="240" w:lineRule="auto"/>
        <w:jc w:val="right"/>
      </w:pPr>
      <w:r>
        <w:rPr>
          <w:i/>
        </w:rPr>
        <w:t>Form 0</w:t>
      </w:r>
      <w:r w:rsidR="00D2295F">
        <w:rPr>
          <w:i/>
        </w:rPr>
        <w:t>3</w:t>
      </w:r>
    </w:p>
    <w:p w14:paraId="2796CC24" w14:textId="77777777" w:rsidR="00A3108B" w:rsidRDefault="00893130">
      <w:pPr>
        <w:spacing w:before="20" w:after="20" w:line="240" w:lineRule="auto"/>
        <w:jc w:val="center"/>
      </w:pPr>
      <w:r>
        <w:rPr>
          <w:b/>
          <w:sz w:val="28"/>
        </w:rPr>
        <w:t>LIST OF SCIENTIFIC PUBLICATIONS (IF ANY)</w:t>
      </w:r>
    </w:p>
    <w:p w14:paraId="5F223E71" w14:textId="77777777" w:rsidR="00A3108B" w:rsidRDefault="00893130">
      <w:pPr>
        <w:spacing w:after="80" w:line="240" w:lineRule="auto"/>
        <w:jc w:val="center"/>
      </w:pPr>
      <w:r>
        <w:rPr>
          <w:b/>
          <w:sz w:val="22"/>
        </w:rPr>
        <w:t>COTUTELLE PhD PROGRAMME - DUE &amp; UNIVERSITY OF LODZ, POLAND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148"/>
      </w:tblGrid>
      <w:tr w:rsidR="00A3108B" w14:paraId="20BD3FF0" w14:textId="77777777">
        <w:tc>
          <w:tcPr>
            <w:tcW w:w="10148" w:type="dxa"/>
            <w:shd w:val="clear" w:color="auto" w:fill="F5F5F5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FC26C30" w14:textId="0F1E9803" w:rsidR="00A3108B" w:rsidRDefault="00893130">
            <w:pPr>
              <w:spacing w:line="240" w:lineRule="auto"/>
            </w:pPr>
            <w:r>
              <w:rPr>
                <w:b/>
                <w:sz w:val="20"/>
              </w:rPr>
              <w:t xml:space="preserve">Instructions: </w:t>
            </w:r>
            <w:r>
              <w:rPr>
                <w:sz w:val="20"/>
              </w:rPr>
              <w:t>Please list your scientific publications that have been published, accepted for publication, or are in press as of the application date. Use a consistent citation style and provide DOI/URL and indexing information (e.g., Web of Science or Scopus) where available. Attach supporting evidence</w:t>
            </w:r>
            <w:r w:rsidR="0099005D">
              <w:rPr>
                <w:sz w:val="20"/>
              </w:rPr>
              <w:t>s</w:t>
            </w:r>
            <w:r>
              <w:rPr>
                <w:sz w:val="20"/>
              </w:rPr>
              <w:t xml:space="preserve"> for accepted or in-press papers. If you have no scientific publications, tick the box below.</w:t>
            </w:r>
          </w:p>
        </w:tc>
      </w:tr>
    </w:tbl>
    <w:p w14:paraId="174A8D24" w14:textId="77777777" w:rsidR="00A3108B" w:rsidRDefault="00A3108B">
      <w:pPr>
        <w:spacing w:after="40" w:line="240" w:lineRule="auto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7143"/>
      </w:tblGrid>
      <w:tr w:rsidR="00A3108B" w14:paraId="2D569E81" w14:textId="77777777">
        <w:trPr>
          <w:cantSplit/>
          <w:jc w:val="center"/>
        </w:trPr>
        <w:tc>
          <w:tcPr>
            <w:tcW w:w="3005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156556" w14:textId="77777777" w:rsidR="00A3108B" w:rsidRDefault="00893130">
            <w:r>
              <w:rPr>
                <w:b/>
                <w:sz w:val="19"/>
              </w:rPr>
              <w:t>Full name of PhD candidate</w:t>
            </w:r>
          </w:p>
        </w:tc>
        <w:tc>
          <w:tcPr>
            <w:tcW w:w="71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DD641E" w14:textId="77777777" w:rsidR="00A3108B" w:rsidRDefault="00893130">
            <w:r>
              <w:rPr>
                <w:sz w:val="19"/>
              </w:rPr>
              <w:t xml:space="preserve"> </w:t>
            </w:r>
          </w:p>
        </w:tc>
      </w:tr>
      <w:tr w:rsidR="00A3108B" w14:paraId="38F5BCD7" w14:textId="77777777">
        <w:trPr>
          <w:cantSplit/>
          <w:jc w:val="center"/>
        </w:trPr>
        <w:tc>
          <w:tcPr>
            <w:tcW w:w="3005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0B78E7" w14:textId="77777777" w:rsidR="00A3108B" w:rsidRDefault="00893130">
            <w:r>
              <w:rPr>
                <w:b/>
                <w:sz w:val="19"/>
              </w:rPr>
              <w:t>Current doctoral programme / intake year</w:t>
            </w:r>
          </w:p>
        </w:tc>
        <w:tc>
          <w:tcPr>
            <w:tcW w:w="71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2A1F0B" w14:textId="77777777" w:rsidR="00A3108B" w:rsidRDefault="00893130">
            <w:r>
              <w:rPr>
                <w:sz w:val="19"/>
              </w:rPr>
              <w:t xml:space="preserve"> </w:t>
            </w:r>
          </w:p>
        </w:tc>
      </w:tr>
      <w:tr w:rsidR="00A3108B" w14:paraId="09BA2990" w14:textId="77777777">
        <w:trPr>
          <w:cantSplit/>
          <w:jc w:val="center"/>
        </w:trPr>
        <w:tc>
          <w:tcPr>
            <w:tcW w:w="3005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5A67C3" w14:textId="77777777" w:rsidR="00A3108B" w:rsidRDefault="00893130">
            <w:r>
              <w:rPr>
                <w:b/>
                <w:sz w:val="19"/>
              </w:rPr>
              <w:t>Current supervisor(s) at DUE</w:t>
            </w:r>
          </w:p>
        </w:tc>
        <w:tc>
          <w:tcPr>
            <w:tcW w:w="71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4B6DA6" w14:textId="77777777" w:rsidR="00A3108B" w:rsidRDefault="00893130">
            <w:r>
              <w:rPr>
                <w:sz w:val="19"/>
              </w:rPr>
              <w:t xml:space="preserve"> </w:t>
            </w:r>
          </w:p>
        </w:tc>
      </w:tr>
      <w:tr w:rsidR="00A3108B" w14:paraId="34D2E2CA" w14:textId="77777777">
        <w:trPr>
          <w:cantSplit/>
          <w:jc w:val="center"/>
        </w:trPr>
        <w:tc>
          <w:tcPr>
            <w:tcW w:w="3005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D92BE4" w14:textId="77777777" w:rsidR="00A3108B" w:rsidRDefault="00893130">
            <w:r>
              <w:rPr>
                <w:b/>
                <w:sz w:val="19"/>
              </w:rPr>
              <w:t>Date of application</w:t>
            </w:r>
          </w:p>
        </w:tc>
        <w:tc>
          <w:tcPr>
            <w:tcW w:w="71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75949B" w14:textId="77777777" w:rsidR="00A3108B" w:rsidRDefault="00893130">
            <w:r>
              <w:rPr>
                <w:sz w:val="19"/>
              </w:rPr>
              <w:t xml:space="preserve"> </w:t>
            </w:r>
          </w:p>
        </w:tc>
      </w:tr>
    </w:tbl>
    <w:p w14:paraId="1953291D" w14:textId="77777777" w:rsidR="00A3108B" w:rsidRDefault="00893130">
      <w:pPr>
        <w:spacing w:before="60" w:after="40" w:line="240" w:lineRule="auto"/>
      </w:pPr>
      <w:r>
        <w:rPr>
          <w:b/>
          <w:sz w:val="20"/>
        </w:rPr>
        <w:t>☐ I have no scientific publications to declare as of the application date.</w:t>
      </w:r>
    </w:p>
    <w:p w14:paraId="265D0D30" w14:textId="77777777" w:rsidR="00A3108B" w:rsidRDefault="00893130">
      <w:pPr>
        <w:keepNext/>
        <w:spacing w:before="80" w:after="40" w:line="240" w:lineRule="auto"/>
      </w:pPr>
      <w:r>
        <w:rPr>
          <w:b/>
          <w:sz w:val="24"/>
        </w:rPr>
        <w:t>1. Peer-Reviewed Journal Articles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701"/>
        <w:gridCol w:w="2324"/>
        <w:gridCol w:w="1757"/>
        <w:gridCol w:w="1474"/>
        <w:gridCol w:w="1247"/>
        <w:gridCol w:w="1191"/>
      </w:tblGrid>
      <w:tr w:rsidR="00A3108B" w14:paraId="45E23713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CFA122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No.</w:t>
            </w:r>
          </w:p>
        </w:tc>
        <w:tc>
          <w:tcPr>
            <w:tcW w:w="1701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65861E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Authors</w:t>
            </w:r>
          </w:p>
        </w:tc>
        <w:tc>
          <w:tcPr>
            <w:tcW w:w="232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D714E6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Title</w:t>
            </w:r>
          </w:p>
        </w:tc>
        <w:tc>
          <w:tcPr>
            <w:tcW w:w="1757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4999E3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Journal / Publisher</w:t>
            </w:r>
          </w:p>
        </w:tc>
        <w:tc>
          <w:tcPr>
            <w:tcW w:w="147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A18D9B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Year / Vol. / Issue / Pages</w:t>
            </w:r>
          </w:p>
        </w:tc>
        <w:tc>
          <w:tcPr>
            <w:tcW w:w="1247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C23BC3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Status / Indexing</w:t>
            </w:r>
          </w:p>
        </w:tc>
        <w:tc>
          <w:tcPr>
            <w:tcW w:w="1191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7B9A7A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DOI / URL</w:t>
            </w:r>
          </w:p>
        </w:tc>
      </w:tr>
      <w:tr w:rsidR="00A3108B" w14:paraId="749A37DE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67BE4E" w14:textId="77777777" w:rsidR="00A3108B" w:rsidRDefault="0089313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FC671E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0CA6E3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5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6B4D20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7A855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5B183A" w14:textId="77777777" w:rsidR="00A3108B" w:rsidRDefault="00893130">
            <w:r>
              <w:rPr>
                <w:sz w:val="15"/>
              </w:rPr>
              <w:t>Published / Accepted / In press</w:t>
            </w:r>
            <w:r>
              <w:rPr>
                <w:sz w:val="15"/>
              </w:rPr>
              <w:br/>
              <w:t>WoS / Scopus / Other</w:t>
            </w:r>
          </w:p>
        </w:tc>
        <w:tc>
          <w:tcPr>
            <w:tcW w:w="11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BD4203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43CF62C4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5E2420" w14:textId="77777777" w:rsidR="00A3108B" w:rsidRDefault="0089313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9CCFCB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DC755D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5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8F49BA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0C2F59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814DCF" w14:textId="77777777" w:rsidR="00A3108B" w:rsidRDefault="00893130">
            <w:r>
              <w:rPr>
                <w:sz w:val="15"/>
              </w:rPr>
              <w:t>Published / Accepted / In press</w:t>
            </w:r>
            <w:r>
              <w:rPr>
                <w:sz w:val="15"/>
              </w:rPr>
              <w:br/>
              <w:t>WoS / Scopus / Other</w:t>
            </w:r>
          </w:p>
        </w:tc>
        <w:tc>
          <w:tcPr>
            <w:tcW w:w="11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92EE5D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11E1C73C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0CD226" w14:textId="77777777" w:rsidR="00A3108B" w:rsidRDefault="0089313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E6A039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9D68D3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5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CB3062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0BEF40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E64750" w14:textId="77777777" w:rsidR="00A3108B" w:rsidRDefault="00893130">
            <w:r>
              <w:rPr>
                <w:sz w:val="15"/>
              </w:rPr>
              <w:t>Published / Accepted / In press</w:t>
            </w:r>
            <w:r>
              <w:rPr>
                <w:sz w:val="15"/>
              </w:rPr>
              <w:br/>
              <w:t>WoS / Scopus / Other</w:t>
            </w:r>
          </w:p>
        </w:tc>
        <w:tc>
          <w:tcPr>
            <w:tcW w:w="11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4A9277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2304C047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A500C5" w14:textId="77777777" w:rsidR="00A3108B" w:rsidRDefault="0089313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1B5357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591F46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5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11A522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F8E7F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E89832" w14:textId="77777777" w:rsidR="00A3108B" w:rsidRDefault="00893130">
            <w:r>
              <w:rPr>
                <w:sz w:val="15"/>
              </w:rPr>
              <w:t>Published / Accepted / In press</w:t>
            </w:r>
            <w:r>
              <w:rPr>
                <w:sz w:val="15"/>
              </w:rPr>
              <w:br/>
              <w:t>WoS / Scopus / Other</w:t>
            </w:r>
          </w:p>
        </w:tc>
        <w:tc>
          <w:tcPr>
            <w:tcW w:w="11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239480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414B29B0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512C1A" w14:textId="77777777" w:rsidR="00A3108B" w:rsidRDefault="0089313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159FCA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9FC0A8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5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AEB051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AEF19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77D3E1" w14:textId="77777777" w:rsidR="00A3108B" w:rsidRDefault="00893130">
            <w:r>
              <w:rPr>
                <w:sz w:val="15"/>
              </w:rPr>
              <w:t>Published / Accepted / In press</w:t>
            </w:r>
            <w:r>
              <w:rPr>
                <w:sz w:val="15"/>
              </w:rPr>
              <w:br/>
              <w:t>WoS / Scopus / Other</w:t>
            </w:r>
          </w:p>
        </w:tc>
        <w:tc>
          <w:tcPr>
            <w:tcW w:w="11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0808ED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</w:tbl>
    <w:p w14:paraId="7B8B2A9D" w14:textId="77777777" w:rsidR="00A3108B" w:rsidRDefault="00893130">
      <w:pPr>
        <w:keepNext/>
        <w:spacing w:before="80" w:after="40" w:line="240" w:lineRule="auto"/>
      </w:pPr>
      <w:r>
        <w:rPr>
          <w:b/>
          <w:sz w:val="24"/>
        </w:rPr>
        <w:t>2. Books and Book Chapters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814"/>
        <w:gridCol w:w="2608"/>
        <w:gridCol w:w="2324"/>
        <w:gridCol w:w="1531"/>
        <w:gridCol w:w="1417"/>
      </w:tblGrid>
      <w:tr w:rsidR="00A3108B" w14:paraId="07A436BB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EEB589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No.</w:t>
            </w:r>
          </w:p>
        </w:tc>
        <w:tc>
          <w:tcPr>
            <w:tcW w:w="181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B6FCD8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Authors</w:t>
            </w:r>
          </w:p>
        </w:tc>
        <w:tc>
          <w:tcPr>
            <w:tcW w:w="2608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0ECD87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Title of book / chapter</w:t>
            </w:r>
          </w:p>
        </w:tc>
        <w:tc>
          <w:tcPr>
            <w:tcW w:w="232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EF6C9C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Publisher / Book title</w:t>
            </w:r>
          </w:p>
        </w:tc>
        <w:tc>
          <w:tcPr>
            <w:tcW w:w="1531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26A233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Year / Pages / ISBN</w:t>
            </w:r>
          </w:p>
        </w:tc>
        <w:tc>
          <w:tcPr>
            <w:tcW w:w="1417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292604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DOI / URL</w:t>
            </w:r>
          </w:p>
        </w:tc>
      </w:tr>
      <w:tr w:rsidR="00A3108B" w14:paraId="7B6D6F66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D45E27" w14:textId="77777777" w:rsidR="00A3108B" w:rsidRDefault="0089313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81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2CDD2E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60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2DED79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FC2AE7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06A1A2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7382CB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50DD8D22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578B1A" w14:textId="77777777" w:rsidR="00A3108B" w:rsidRDefault="0089313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81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801F6A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60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41FD7A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A5EE3E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B1677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DBEB45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1E419549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7C2DBD" w14:textId="77777777" w:rsidR="00A3108B" w:rsidRDefault="0089313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81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F38413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60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1EB3A2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DE0275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10E340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EAD02F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</w:tbl>
    <w:p w14:paraId="5508CEE3" w14:textId="77777777" w:rsidR="00A3108B" w:rsidRDefault="00A3108B">
      <w:pPr>
        <w:pageBreakBefore/>
        <w:spacing w:line="240" w:lineRule="auto"/>
      </w:pPr>
    </w:p>
    <w:p w14:paraId="4DF5AB3D" w14:textId="77777777" w:rsidR="00A3108B" w:rsidRDefault="00893130">
      <w:pPr>
        <w:keepNext/>
        <w:spacing w:before="80" w:after="40" w:line="240" w:lineRule="auto"/>
      </w:pPr>
      <w:r>
        <w:rPr>
          <w:b/>
          <w:sz w:val="24"/>
        </w:rPr>
        <w:t>3. Papers Published in Conference Proceedings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701"/>
        <w:gridCol w:w="2665"/>
        <w:gridCol w:w="2324"/>
        <w:gridCol w:w="1474"/>
        <w:gridCol w:w="1587"/>
      </w:tblGrid>
      <w:tr w:rsidR="00A3108B" w14:paraId="3C535C7F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B715A7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No.</w:t>
            </w:r>
          </w:p>
        </w:tc>
        <w:tc>
          <w:tcPr>
            <w:tcW w:w="1701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C6A758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Authors</w:t>
            </w:r>
          </w:p>
        </w:tc>
        <w:tc>
          <w:tcPr>
            <w:tcW w:w="2665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0EC898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Paper title</w:t>
            </w:r>
          </w:p>
        </w:tc>
        <w:tc>
          <w:tcPr>
            <w:tcW w:w="232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3218BC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Conference / Proceedings</w:t>
            </w:r>
          </w:p>
        </w:tc>
        <w:tc>
          <w:tcPr>
            <w:tcW w:w="147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EB898A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Date / Place</w:t>
            </w:r>
          </w:p>
        </w:tc>
        <w:tc>
          <w:tcPr>
            <w:tcW w:w="1587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08312E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Pages / DOI / URL</w:t>
            </w:r>
          </w:p>
        </w:tc>
      </w:tr>
      <w:tr w:rsidR="00A3108B" w14:paraId="4DE6EF43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10431C" w14:textId="77777777" w:rsidR="00A3108B" w:rsidRDefault="0089313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EB743F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66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D75E04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3EA415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29914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8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B7D804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333C6C7C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75C711" w14:textId="77777777" w:rsidR="00A3108B" w:rsidRDefault="0089313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6295F7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66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2006CF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B22A7D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14B77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8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CFBAC1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00152F3F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1A99E1" w14:textId="77777777" w:rsidR="00A3108B" w:rsidRDefault="0089313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8E157F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66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DB6AE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A1CC02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1C2E55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8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2A6945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172A708F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C239AF" w14:textId="77777777" w:rsidR="00A3108B" w:rsidRDefault="0089313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2BD874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66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1B8E25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3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28D72A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D354AA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8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63DD37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</w:tbl>
    <w:p w14:paraId="522CCECD" w14:textId="77777777" w:rsidR="00A3108B" w:rsidRDefault="00893130">
      <w:pPr>
        <w:keepNext/>
        <w:spacing w:before="80" w:after="40" w:line="240" w:lineRule="auto"/>
      </w:pPr>
      <w:r>
        <w:rPr>
          <w:b/>
          <w:sz w:val="24"/>
        </w:rPr>
        <w:t>4. Other Scientific Publications (if applicable)</w:t>
      </w:r>
    </w:p>
    <w:p w14:paraId="1C0678CC" w14:textId="77777777" w:rsidR="00A3108B" w:rsidRDefault="00893130">
      <w:pPr>
        <w:spacing w:after="40" w:line="240" w:lineRule="auto"/>
      </w:pPr>
      <w:r>
        <w:rPr>
          <w:i/>
          <w:sz w:val="19"/>
        </w:rPr>
        <w:t>Examples may include peer-reviewed research reports, policy research publications, or other scholarly outputs that are relevant to the proposed doctoral research. Do not include unpublished working papers in this section.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701"/>
        <w:gridCol w:w="2835"/>
        <w:gridCol w:w="1984"/>
        <w:gridCol w:w="1531"/>
        <w:gridCol w:w="1701"/>
      </w:tblGrid>
      <w:tr w:rsidR="00A3108B" w14:paraId="086950E4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54FA48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No.</w:t>
            </w:r>
          </w:p>
        </w:tc>
        <w:tc>
          <w:tcPr>
            <w:tcW w:w="1701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1283A2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Authors</w:t>
            </w:r>
          </w:p>
        </w:tc>
        <w:tc>
          <w:tcPr>
            <w:tcW w:w="2835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50B1C5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Title</w:t>
            </w:r>
          </w:p>
        </w:tc>
        <w:tc>
          <w:tcPr>
            <w:tcW w:w="198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C0BD30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Type / Outlet</w:t>
            </w:r>
          </w:p>
        </w:tc>
        <w:tc>
          <w:tcPr>
            <w:tcW w:w="1531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26C68E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Year / Status</w:t>
            </w:r>
          </w:p>
        </w:tc>
        <w:tc>
          <w:tcPr>
            <w:tcW w:w="1701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9C39FC" w14:textId="77777777" w:rsidR="00A3108B" w:rsidRDefault="00893130">
            <w:pPr>
              <w:jc w:val="center"/>
            </w:pPr>
            <w:r>
              <w:rPr>
                <w:b/>
                <w:sz w:val="16"/>
              </w:rPr>
              <w:t>DOI / URL / Note</w:t>
            </w:r>
          </w:p>
        </w:tc>
      </w:tr>
      <w:tr w:rsidR="00A3108B" w14:paraId="3A46FA24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50F439" w14:textId="77777777" w:rsidR="00A3108B" w:rsidRDefault="0089313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B60DCA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3BEB7B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C59325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AAB486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DC80D4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571397CF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F70899" w14:textId="77777777" w:rsidR="00A3108B" w:rsidRDefault="0089313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11C766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1B6A85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D261AE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FA49A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E90FE5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73D12568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B3D550" w14:textId="77777777" w:rsidR="00A3108B" w:rsidRDefault="0089313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0B343A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DF90ED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C7B7AD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DE511F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DAF40C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  <w:tr w:rsidR="00A3108B" w14:paraId="05D69A42" w14:textId="77777777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94F7B3" w14:textId="77777777" w:rsidR="00A3108B" w:rsidRDefault="0089313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EF5DAE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E992E8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B5BF0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6F175C" w14:textId="77777777" w:rsidR="00A3108B" w:rsidRDefault="00893130">
            <w:r>
              <w:rPr>
                <w:sz w:val="16"/>
              </w:rPr>
              <w:t xml:space="preserve"> </w:t>
            </w:r>
          </w:p>
        </w:tc>
        <w:tc>
          <w:tcPr>
            <w:tcW w:w="170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E002C2" w14:textId="77777777" w:rsidR="00A3108B" w:rsidRDefault="00893130">
            <w:r>
              <w:rPr>
                <w:sz w:val="16"/>
              </w:rPr>
              <w:t xml:space="preserve"> </w:t>
            </w:r>
          </w:p>
        </w:tc>
      </w:tr>
    </w:tbl>
    <w:p w14:paraId="14E877EC" w14:textId="77777777" w:rsidR="00A3108B" w:rsidRDefault="00893130">
      <w:pPr>
        <w:keepNext/>
        <w:spacing w:before="80" w:after="40" w:line="240" w:lineRule="auto"/>
      </w:pPr>
      <w:r>
        <w:rPr>
          <w:b/>
          <w:sz w:val="24"/>
        </w:rPr>
        <w:t>5. Summary of Publication Record</w:t>
      </w:r>
    </w:p>
    <w:tbl>
      <w:tblPr>
        <w:tblStyle w:val="TableGrid"/>
        <w:tblW w:w="10101" w:type="dxa"/>
        <w:jc w:val="center"/>
        <w:tblLayout w:type="fixed"/>
        <w:tblLook w:val="04A0" w:firstRow="1" w:lastRow="0" w:firstColumn="1" w:lastColumn="0" w:noHBand="0" w:noVBand="1"/>
      </w:tblPr>
      <w:tblGrid>
        <w:gridCol w:w="3695"/>
        <w:gridCol w:w="3383"/>
        <w:gridCol w:w="3023"/>
      </w:tblGrid>
      <w:tr w:rsidR="00A3108B" w14:paraId="7AF55634" w14:textId="77777777" w:rsidTr="005670A6">
        <w:trPr>
          <w:cantSplit/>
          <w:tblHeader/>
          <w:jc w:val="center"/>
        </w:trPr>
        <w:tc>
          <w:tcPr>
            <w:tcW w:w="3695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4D5713" w14:textId="77777777" w:rsidR="00A3108B" w:rsidRDefault="00893130">
            <w:pPr>
              <w:jc w:val="center"/>
            </w:pPr>
            <w:r>
              <w:rPr>
                <w:b/>
                <w:sz w:val="18"/>
              </w:rPr>
              <w:t>Publication category</w:t>
            </w:r>
          </w:p>
        </w:tc>
        <w:tc>
          <w:tcPr>
            <w:tcW w:w="3383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125289" w14:textId="77777777" w:rsidR="00A3108B" w:rsidRDefault="00893130">
            <w:pPr>
              <w:jc w:val="center"/>
            </w:pPr>
            <w:r>
              <w:rPr>
                <w:b/>
                <w:sz w:val="18"/>
              </w:rPr>
              <w:t>Number published</w:t>
            </w:r>
          </w:p>
        </w:tc>
        <w:tc>
          <w:tcPr>
            <w:tcW w:w="3023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F53B6C" w14:textId="77777777" w:rsidR="00A3108B" w:rsidRDefault="00893130">
            <w:pPr>
              <w:jc w:val="center"/>
            </w:pPr>
            <w:r>
              <w:rPr>
                <w:b/>
                <w:sz w:val="18"/>
              </w:rPr>
              <w:t>Number accepted / in press</w:t>
            </w:r>
          </w:p>
        </w:tc>
      </w:tr>
      <w:tr w:rsidR="00A3108B" w14:paraId="427B8C34" w14:textId="77777777" w:rsidTr="005670A6">
        <w:trPr>
          <w:cantSplit/>
          <w:jc w:val="center"/>
        </w:trPr>
        <w:tc>
          <w:tcPr>
            <w:tcW w:w="369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F8FD08" w14:textId="77777777" w:rsidR="00A3108B" w:rsidRDefault="00893130">
            <w:r>
              <w:rPr>
                <w:sz w:val="18"/>
              </w:rPr>
              <w:t>Peer-reviewed journal articles</w:t>
            </w:r>
          </w:p>
        </w:tc>
        <w:tc>
          <w:tcPr>
            <w:tcW w:w="338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0FE45C" w14:textId="77777777" w:rsidR="00A3108B" w:rsidRDefault="0089313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0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B89011" w14:textId="77777777" w:rsidR="00A3108B" w:rsidRDefault="0089313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A3108B" w14:paraId="5D7A1410" w14:textId="77777777" w:rsidTr="005670A6">
        <w:trPr>
          <w:cantSplit/>
          <w:jc w:val="center"/>
        </w:trPr>
        <w:tc>
          <w:tcPr>
            <w:tcW w:w="369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BE914B" w14:textId="77777777" w:rsidR="00A3108B" w:rsidRDefault="00893130">
            <w:r>
              <w:rPr>
                <w:sz w:val="18"/>
              </w:rPr>
              <w:t>Books / book chapters</w:t>
            </w:r>
          </w:p>
        </w:tc>
        <w:tc>
          <w:tcPr>
            <w:tcW w:w="338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D89B06" w14:textId="77777777" w:rsidR="00A3108B" w:rsidRDefault="0089313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0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C01889" w14:textId="77777777" w:rsidR="00A3108B" w:rsidRDefault="0089313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A3108B" w14:paraId="4852B9C0" w14:textId="77777777" w:rsidTr="005670A6">
        <w:trPr>
          <w:cantSplit/>
          <w:jc w:val="center"/>
        </w:trPr>
        <w:tc>
          <w:tcPr>
            <w:tcW w:w="369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6090EA" w14:textId="77777777" w:rsidR="00A3108B" w:rsidRDefault="00893130">
            <w:r>
              <w:rPr>
                <w:sz w:val="18"/>
              </w:rPr>
              <w:t>Conference proceedings papers</w:t>
            </w:r>
          </w:p>
        </w:tc>
        <w:tc>
          <w:tcPr>
            <w:tcW w:w="338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A43873" w14:textId="77777777" w:rsidR="00A3108B" w:rsidRDefault="0089313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0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166CA5" w14:textId="77777777" w:rsidR="00A3108B" w:rsidRDefault="0089313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A3108B" w14:paraId="7DD2127E" w14:textId="77777777" w:rsidTr="005670A6">
        <w:trPr>
          <w:cantSplit/>
          <w:jc w:val="center"/>
        </w:trPr>
        <w:tc>
          <w:tcPr>
            <w:tcW w:w="369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ACE35A" w14:textId="77777777" w:rsidR="00A3108B" w:rsidRDefault="00893130">
            <w:r>
              <w:rPr>
                <w:sz w:val="18"/>
              </w:rPr>
              <w:t>Other scientific publications</w:t>
            </w:r>
          </w:p>
        </w:tc>
        <w:tc>
          <w:tcPr>
            <w:tcW w:w="338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9ABD0E" w14:textId="77777777" w:rsidR="00A3108B" w:rsidRDefault="0089313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0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536EE5" w14:textId="77777777" w:rsidR="00A3108B" w:rsidRDefault="0089313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14:paraId="7F1C5AAA" w14:textId="77777777" w:rsidR="00A3108B" w:rsidRDefault="00893130">
      <w:pPr>
        <w:keepNext/>
        <w:spacing w:before="80" w:after="40" w:line="240" w:lineRule="auto"/>
      </w:pPr>
      <w:r>
        <w:rPr>
          <w:b/>
          <w:sz w:val="24"/>
        </w:rPr>
        <w:t>6. Candidate Declaration</w:t>
      </w:r>
    </w:p>
    <w:p w14:paraId="7DCF255D" w14:textId="77777777" w:rsidR="00A3108B" w:rsidRDefault="00893130">
      <w:pPr>
        <w:spacing w:after="80" w:line="252" w:lineRule="auto"/>
      </w:pPr>
      <w:r>
        <w:rPr>
          <w:sz w:val="20"/>
        </w:rPr>
        <w:t>I certify that the information provided above is complete and accurate to the best of my knowledge. I understand that the University may request supporting evidence or verify the publication status and bibliographic information provided in this form.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A3108B" w14:paraId="3560FF53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D9597F" w14:textId="77777777" w:rsidR="00A3108B" w:rsidRDefault="00893130">
            <w:r>
              <w:rPr>
                <w:sz w:val="20"/>
              </w:rPr>
              <w:t>Date: ____ / ____ / ______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4B2897" w14:textId="77777777" w:rsidR="00A3108B" w:rsidRDefault="00893130">
            <w:pPr>
              <w:jc w:val="center"/>
            </w:pPr>
            <w:r>
              <w:rPr>
                <w:b/>
                <w:sz w:val="20"/>
              </w:rPr>
              <w:t>PhD candidate's signature</w:t>
            </w:r>
          </w:p>
        </w:tc>
      </w:tr>
      <w:tr w:rsidR="00A3108B" w14:paraId="27793FF4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2FDE27" w14:textId="77777777" w:rsidR="00A3108B" w:rsidRDefault="00A3108B"/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6A778C" w14:textId="77777777" w:rsidR="00A3108B" w:rsidRDefault="00893130">
            <w:pPr>
              <w:jc w:val="center"/>
            </w:pPr>
            <w:r>
              <w:rPr>
                <w:sz w:val="20"/>
              </w:rPr>
              <w:br/>
              <w:t>______________________________</w:t>
            </w:r>
          </w:p>
        </w:tc>
      </w:tr>
    </w:tbl>
    <w:p w14:paraId="4AF03850" w14:textId="77777777" w:rsidR="00893130" w:rsidRDefault="00893130"/>
    <w:sectPr w:rsidR="00893130" w:rsidSect="00034616">
      <w:footerReference w:type="default" r:id="rId8"/>
      <w:pgSz w:w="11906" w:h="16838"/>
      <w:pgMar w:top="765" w:right="879" w:bottom="709" w:left="879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DC9C0" w14:textId="77777777" w:rsidR="004F484B" w:rsidRDefault="004F484B">
      <w:pPr>
        <w:spacing w:line="240" w:lineRule="auto"/>
      </w:pPr>
      <w:r>
        <w:separator/>
      </w:r>
    </w:p>
  </w:endnote>
  <w:endnote w:type="continuationSeparator" w:id="0">
    <w:p w14:paraId="36D9544B" w14:textId="77777777" w:rsidR="004F484B" w:rsidRDefault="004F4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87A7" w14:textId="77777777" w:rsidR="00A3108B" w:rsidRDefault="00893130">
    <w:pPr>
      <w:pStyle w:val="Footer"/>
      <w:jc w:val="center"/>
    </w:pPr>
    <w:r>
      <w:rPr>
        <w:i/>
        <w:sz w:val="17"/>
      </w:rPr>
      <w:t>Cotutelle PhD Programme - DUE &amp; University of Lodz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C72F" w14:textId="77777777" w:rsidR="004F484B" w:rsidRDefault="004F484B">
      <w:pPr>
        <w:spacing w:line="240" w:lineRule="auto"/>
      </w:pPr>
      <w:r>
        <w:separator/>
      </w:r>
    </w:p>
  </w:footnote>
  <w:footnote w:type="continuationSeparator" w:id="0">
    <w:p w14:paraId="2337D696" w14:textId="77777777" w:rsidR="004F484B" w:rsidRDefault="004F48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8796395">
    <w:abstractNumId w:val="8"/>
  </w:num>
  <w:num w:numId="2" w16cid:durableId="528683161">
    <w:abstractNumId w:val="6"/>
  </w:num>
  <w:num w:numId="3" w16cid:durableId="220097977">
    <w:abstractNumId w:val="5"/>
  </w:num>
  <w:num w:numId="4" w16cid:durableId="1264268464">
    <w:abstractNumId w:val="4"/>
  </w:num>
  <w:num w:numId="5" w16cid:durableId="1532954736">
    <w:abstractNumId w:val="7"/>
  </w:num>
  <w:num w:numId="6" w16cid:durableId="858155545">
    <w:abstractNumId w:val="3"/>
  </w:num>
  <w:num w:numId="7" w16cid:durableId="30493645">
    <w:abstractNumId w:val="2"/>
  </w:num>
  <w:num w:numId="8" w16cid:durableId="777142245">
    <w:abstractNumId w:val="1"/>
  </w:num>
  <w:num w:numId="9" w16cid:durableId="176213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484B"/>
    <w:rsid w:val="005670A6"/>
    <w:rsid w:val="005F4D82"/>
    <w:rsid w:val="008804D5"/>
    <w:rsid w:val="00893130"/>
    <w:rsid w:val="00912E75"/>
    <w:rsid w:val="0099005D"/>
    <w:rsid w:val="00A3108B"/>
    <w:rsid w:val="00AA1D8D"/>
    <w:rsid w:val="00B47730"/>
    <w:rsid w:val="00CB0664"/>
    <w:rsid w:val="00D229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3D2DA77-36BF-4320-B89D-A224C663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Huu Man</dc:creator>
  <cp:keywords/>
  <dc:description>.</dc:description>
  <cp:lastModifiedBy>QUANG NGUYEN THI THIEU</cp:lastModifiedBy>
  <cp:revision>5</cp:revision>
  <dcterms:created xsi:type="dcterms:W3CDTF">2013-12-23T23:15:00Z</dcterms:created>
  <dcterms:modified xsi:type="dcterms:W3CDTF">2026-09-09T08:38:00Z</dcterms:modified>
  <cp:category/>
</cp:coreProperties>
</file>